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10B64" w14:textId="77777777" w:rsidR="007C6794" w:rsidRDefault="00935C41">
      <w:pPr>
        <w:spacing w:after="60"/>
      </w:pPr>
      <w:r>
        <w:rPr>
          <w:noProof/>
        </w:rPr>
        <w:drawing>
          <wp:inline distT="0" distB="0" distL="0" distR="0" wp14:anchorId="6604E265" wp14:editId="646E29DC">
            <wp:extent cx="847648" cy="8466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a:stretch>
                      <a:fillRect/>
                    </a:stretch>
                  </pic:blipFill>
                  <pic:spPr>
                    <a:xfrm>
                      <a:off x="0" y="0"/>
                      <a:ext cx="847648" cy="846666"/>
                    </a:xfrm>
                    <a:prstGeom prst="rect">
                      <a:avLst/>
                    </a:prstGeom>
                  </pic:spPr>
                </pic:pic>
              </a:graphicData>
            </a:graphic>
          </wp:inline>
        </w:drawing>
      </w:r>
    </w:p>
    <w:p w14:paraId="082EE8BA" w14:textId="77777777" w:rsidR="007C6794" w:rsidRDefault="00935C41">
      <w:pPr>
        <w:pStyle w:val="Title"/>
      </w:pPr>
      <w:r>
        <w:t>Centre Circle Project Lead</w:t>
      </w:r>
    </w:p>
    <w:p w14:paraId="0AA2E28B" w14:textId="77777777" w:rsidR="007C6794" w:rsidRDefault="00935C41">
      <w:pPr>
        <w:pStyle w:val="Subtitle"/>
      </w:pPr>
      <w:r>
        <w:t>Whole family support in Falkirk</w:t>
      </w:r>
    </w:p>
    <w:p w14:paraId="25D9A01A" w14:textId="77777777" w:rsidR="007C6794" w:rsidRDefault="00935C41">
      <w:r>
        <w:rPr>
          <w:b/>
        </w:rPr>
        <w:t>Job description and person specification</w:t>
      </w:r>
    </w:p>
    <w:tbl>
      <w:tblPr>
        <w:tblW w:w="0" w:type="auto"/>
        <w:jc w:val="center"/>
        <w:tblLayout w:type="fixed"/>
        <w:tblLook w:val="04A0" w:firstRow="1" w:lastRow="0" w:firstColumn="1" w:lastColumn="0" w:noHBand="0" w:noVBand="1"/>
      </w:tblPr>
      <w:tblGrid>
        <w:gridCol w:w="1728"/>
        <w:gridCol w:w="8352"/>
      </w:tblGrid>
      <w:tr w:rsidR="007C6794" w14:paraId="73BF1864"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28DFC25D" w14:textId="77777777" w:rsidR="007C6794" w:rsidRDefault="00935C41">
            <w:pPr>
              <w:spacing w:after="0"/>
            </w:pPr>
            <w:r>
              <w:rPr>
                <w:b/>
                <w:color w:val="FFFFFF"/>
                <w:sz w:val="21"/>
              </w:rPr>
              <w:t>Salary</w:t>
            </w:r>
          </w:p>
        </w:tc>
        <w:tc>
          <w:tcPr>
            <w:tcW w:w="8352" w:type="dxa"/>
            <w:tcBorders>
              <w:top w:val="single" w:sz="4" w:space="0" w:color="D9D9D9"/>
              <w:left w:val="single" w:sz="4" w:space="0" w:color="D9D9D9"/>
              <w:bottom w:val="single" w:sz="4" w:space="0" w:color="D9D9D9"/>
              <w:right w:val="single" w:sz="4" w:space="0" w:color="D9D9D9"/>
            </w:tcBorders>
            <w:shd w:val="clear" w:color="auto" w:fill="F3F4F8"/>
            <w:tcMar>
              <w:top w:w="90" w:type="dxa"/>
              <w:left w:w="90" w:type="dxa"/>
              <w:bottom w:w="90" w:type="dxa"/>
              <w:right w:w="90" w:type="dxa"/>
            </w:tcMar>
            <w:vAlign w:val="center"/>
          </w:tcPr>
          <w:p w14:paraId="2B30371D" w14:textId="56B12C7F" w:rsidR="007C6794" w:rsidRDefault="00935C41">
            <w:pPr>
              <w:spacing w:after="0"/>
            </w:pPr>
            <w:r>
              <w:rPr>
                <w:sz w:val="21"/>
              </w:rPr>
              <w:t>£32,</w:t>
            </w:r>
            <w:r w:rsidR="0021465A">
              <w:rPr>
                <w:sz w:val="21"/>
              </w:rPr>
              <w:t>5</w:t>
            </w:r>
            <w:r>
              <w:rPr>
                <w:sz w:val="21"/>
              </w:rPr>
              <w:t>00 per year</w:t>
            </w:r>
          </w:p>
        </w:tc>
      </w:tr>
      <w:tr w:rsidR="007C6794" w14:paraId="3F0A2571"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0517B1C3" w14:textId="77777777" w:rsidR="007C6794" w:rsidRDefault="00935C41">
            <w:pPr>
              <w:spacing w:after="0"/>
            </w:pPr>
            <w:r>
              <w:rPr>
                <w:b/>
                <w:color w:val="FFFFFF"/>
                <w:sz w:val="21"/>
              </w:rPr>
              <w:t>Pension</w:t>
            </w:r>
          </w:p>
        </w:tc>
        <w:tc>
          <w:tcPr>
            <w:tcW w:w="8352" w:type="dxa"/>
            <w:tcBorders>
              <w:top w:val="single" w:sz="4" w:space="0" w:color="D9D9D9"/>
              <w:left w:val="single" w:sz="4" w:space="0" w:color="D9D9D9"/>
              <w:bottom w:val="single" w:sz="4" w:space="0" w:color="D9D9D9"/>
              <w:right w:val="single" w:sz="4" w:space="0" w:color="D9D9D9"/>
            </w:tcBorders>
            <w:shd w:val="clear" w:color="auto" w:fill="F3F4F8"/>
            <w:tcMar>
              <w:top w:w="90" w:type="dxa"/>
              <w:left w:w="90" w:type="dxa"/>
              <w:bottom w:w="90" w:type="dxa"/>
              <w:right w:w="90" w:type="dxa"/>
            </w:tcMar>
            <w:vAlign w:val="center"/>
          </w:tcPr>
          <w:p w14:paraId="790B3C03" w14:textId="77777777" w:rsidR="007C6794" w:rsidRDefault="00935C41">
            <w:pPr>
              <w:spacing w:after="0"/>
            </w:pPr>
            <w:r>
              <w:rPr>
                <w:sz w:val="21"/>
              </w:rPr>
              <w:t>4% employer pension contribution</w:t>
            </w:r>
          </w:p>
        </w:tc>
      </w:tr>
      <w:tr w:rsidR="007C6794" w14:paraId="2C58CDE5"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034B3EB0" w14:textId="77777777" w:rsidR="007C6794" w:rsidRDefault="00935C41">
            <w:pPr>
              <w:spacing w:after="0"/>
            </w:pPr>
            <w:r>
              <w:rPr>
                <w:b/>
                <w:color w:val="FFFFFF"/>
                <w:sz w:val="21"/>
              </w:rPr>
              <w:t>Hours</w:t>
            </w:r>
          </w:p>
        </w:tc>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8B0A938" w14:textId="77777777" w:rsidR="007C6794" w:rsidRDefault="00935C41">
            <w:pPr>
              <w:spacing w:after="0"/>
            </w:pPr>
            <w:r>
              <w:rPr>
                <w:sz w:val="21"/>
              </w:rPr>
              <w:t>35 hours per week, worked flexibly to meet service needs, including some evening and weekend work</w:t>
            </w:r>
          </w:p>
        </w:tc>
      </w:tr>
      <w:tr w:rsidR="007C6794" w14:paraId="3D7DB387"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65DFA108" w14:textId="77777777" w:rsidR="007C6794" w:rsidRDefault="00935C41">
            <w:pPr>
              <w:spacing w:after="0"/>
            </w:pPr>
            <w:r>
              <w:rPr>
                <w:b/>
                <w:color w:val="FFFFFF"/>
                <w:sz w:val="21"/>
              </w:rPr>
              <w:t>Contract</w:t>
            </w:r>
          </w:p>
        </w:tc>
        <w:tc>
          <w:tcPr>
            <w:tcW w:w="8352" w:type="dxa"/>
            <w:tcBorders>
              <w:top w:val="single" w:sz="4" w:space="0" w:color="D9D9D9"/>
              <w:left w:val="single" w:sz="4" w:space="0" w:color="D9D9D9"/>
              <w:bottom w:val="single" w:sz="4" w:space="0" w:color="D9D9D9"/>
              <w:right w:val="single" w:sz="4" w:space="0" w:color="D9D9D9"/>
            </w:tcBorders>
            <w:shd w:val="clear" w:color="auto" w:fill="F3F4F8"/>
            <w:tcMar>
              <w:top w:w="90" w:type="dxa"/>
              <w:left w:w="90" w:type="dxa"/>
              <w:bottom w:w="90" w:type="dxa"/>
              <w:right w:w="90" w:type="dxa"/>
            </w:tcMar>
            <w:vAlign w:val="center"/>
          </w:tcPr>
          <w:p w14:paraId="4F319DC0" w14:textId="77777777" w:rsidR="007C6794" w:rsidRDefault="00935C41">
            <w:pPr>
              <w:spacing w:after="0"/>
            </w:pPr>
            <w:r>
              <w:rPr>
                <w:sz w:val="21"/>
              </w:rPr>
              <w:t>Fixed term until 31 March 2028, with the possibility of continuation subject to funding</w:t>
            </w:r>
          </w:p>
        </w:tc>
      </w:tr>
      <w:tr w:rsidR="007C6794" w14:paraId="1F523C28"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1A5D27A6" w14:textId="77777777" w:rsidR="007C6794" w:rsidRDefault="00935C41">
            <w:pPr>
              <w:spacing w:after="0"/>
            </w:pPr>
            <w:r>
              <w:rPr>
                <w:b/>
                <w:color w:val="FFFFFF"/>
                <w:sz w:val="21"/>
              </w:rPr>
              <w:t>Reports to</w:t>
            </w:r>
          </w:p>
        </w:tc>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C6CA79" w14:textId="77777777" w:rsidR="007C6794" w:rsidRDefault="00935C41">
            <w:pPr>
              <w:spacing w:after="0"/>
            </w:pPr>
            <w:r>
              <w:rPr>
                <w:sz w:val="21"/>
              </w:rPr>
              <w:t>Chief Executive Officer</w:t>
            </w:r>
          </w:p>
        </w:tc>
      </w:tr>
      <w:tr w:rsidR="007C6794" w14:paraId="65CE3DD6"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30DA86DA" w14:textId="77777777" w:rsidR="007C6794" w:rsidRDefault="00935C41">
            <w:pPr>
              <w:spacing w:after="0"/>
            </w:pPr>
            <w:r>
              <w:rPr>
                <w:b/>
                <w:color w:val="FFFFFF"/>
                <w:sz w:val="21"/>
              </w:rPr>
              <w:t>Location</w:t>
            </w:r>
          </w:p>
        </w:tc>
        <w:tc>
          <w:tcPr>
            <w:tcW w:w="8352" w:type="dxa"/>
            <w:tcBorders>
              <w:top w:val="single" w:sz="4" w:space="0" w:color="D9D9D9"/>
              <w:left w:val="single" w:sz="4" w:space="0" w:color="D9D9D9"/>
              <w:bottom w:val="single" w:sz="4" w:space="0" w:color="D9D9D9"/>
              <w:right w:val="single" w:sz="4" w:space="0" w:color="D9D9D9"/>
            </w:tcBorders>
            <w:shd w:val="clear" w:color="auto" w:fill="F3F4F8"/>
            <w:tcMar>
              <w:top w:w="90" w:type="dxa"/>
              <w:left w:w="90" w:type="dxa"/>
              <w:bottom w:w="90" w:type="dxa"/>
              <w:right w:w="90" w:type="dxa"/>
            </w:tcMar>
            <w:vAlign w:val="center"/>
          </w:tcPr>
          <w:p w14:paraId="4A742C24" w14:textId="77777777" w:rsidR="007C6794" w:rsidRDefault="00935C41">
            <w:pPr>
              <w:spacing w:after="0"/>
            </w:pPr>
            <w:r>
              <w:rPr>
                <w:sz w:val="21"/>
              </w:rPr>
              <w:t>Falkirk Stadium, FK2 9EE, with work across community settings in the Falkirk area</w:t>
            </w:r>
          </w:p>
        </w:tc>
      </w:tr>
    </w:tbl>
    <w:p w14:paraId="34273600" w14:textId="77777777" w:rsidR="007C6794" w:rsidRDefault="00935C41">
      <w:pPr>
        <w:pStyle w:val="Heading1"/>
      </w:pPr>
      <w:r>
        <w:t>About the Foundation and Centre Circle</w:t>
      </w:r>
    </w:p>
    <w:p w14:paraId="5F4F701F" w14:textId="77777777" w:rsidR="007C6794" w:rsidRDefault="00935C41">
      <w:r>
        <w:t xml:space="preserve">Falkirk Football Community Foundation is a registered charity serving Falkirk supporters and the wider community. Our work covers mental health and wellbeing, physical health and wellbeing, education and employability, and football </w:t>
      </w:r>
      <w:proofErr w:type="gramStart"/>
      <w:r>
        <w:t>activity</w:t>
      </w:r>
      <w:proofErr w:type="gramEnd"/>
      <w:r>
        <w:t>.</w:t>
      </w:r>
    </w:p>
    <w:p w14:paraId="058D321A" w14:textId="77777777" w:rsidR="007C6794" w:rsidRDefault="00935C41">
      <w:r>
        <w:t xml:space="preserve">Following our successful application to the Whole Family Support Third Sector Delivery Fund, we are recruiting a Project </w:t>
      </w:r>
      <w:proofErr w:type="gramStart"/>
      <w:r>
        <w:t>Lead</w:t>
      </w:r>
      <w:proofErr w:type="gramEnd"/>
      <w:r>
        <w:t xml:space="preserve"> to establish and manage Centre Circle in Falkirk. Through a partnership of five football community charities, the </w:t>
      </w:r>
      <w:proofErr w:type="spellStart"/>
      <w:r>
        <w:t>programme</w:t>
      </w:r>
      <w:proofErr w:type="spellEnd"/>
      <w:r>
        <w:t xml:space="preserve"> aims to reduce the pressures of poverty and improve family wellbeing. Local delivery will connect families with practical, financial and </w:t>
      </w:r>
      <w:proofErr w:type="gramStart"/>
      <w:r>
        <w:t>wellbeing</w:t>
      </w:r>
      <w:proofErr w:type="gramEnd"/>
      <w:r>
        <w:t xml:space="preserve"> support through Foundation venues and outreach.</w:t>
      </w:r>
    </w:p>
    <w:p w14:paraId="14C7C4F2" w14:textId="77777777" w:rsidR="007C6794" w:rsidRDefault="00935C41">
      <w:pPr>
        <w:pStyle w:val="Heading1"/>
      </w:pPr>
      <w:r>
        <w:t>Purpose of the role</w:t>
      </w:r>
    </w:p>
    <w:p w14:paraId="4EDB45EA" w14:textId="77777777" w:rsidR="007C6794" w:rsidRDefault="00935C41">
      <w:r>
        <w:t xml:space="preserve">You will lead delivery of Centre Circle in Falkirk, helping establish a service that families can trust and access easily. You will turn agreed </w:t>
      </w:r>
      <w:proofErr w:type="spellStart"/>
      <w:r>
        <w:t>programme</w:t>
      </w:r>
      <w:proofErr w:type="spellEnd"/>
      <w:r>
        <w:t xml:space="preserve"> commitments into a clear delivery </w:t>
      </w:r>
      <w:proofErr w:type="gramStart"/>
      <w:r>
        <w:t>plan,</w:t>
      </w:r>
      <w:proofErr w:type="gramEnd"/>
      <w:r>
        <w:t xml:space="preserve"> line manage the Family Support Coaches and coordinate support with local services and the wider Centre Circle partnership.</w:t>
      </w:r>
    </w:p>
    <w:p w14:paraId="4D15FF38" w14:textId="77777777" w:rsidR="007C6794" w:rsidRDefault="00935C41">
      <w:r>
        <w:t>Your main responsibility is to lead the local service and support the team, with direct involvement in family support where needed. You will oversee caseloads, safe practice, outcomes and project resources, keeping families’ priorities central to decisions. This is a family support leadership role; football coaching experience is not required.</w:t>
      </w:r>
    </w:p>
    <w:p w14:paraId="5FECDFAF" w14:textId="77777777" w:rsidR="007C6794" w:rsidRDefault="00935C41">
      <w:pPr>
        <w:pStyle w:val="Heading1"/>
      </w:pPr>
      <w:r>
        <w:t>What success looks like</w:t>
      </w:r>
    </w:p>
    <w:p w14:paraId="1D4E1C56" w14:textId="77777777" w:rsidR="007C6794" w:rsidRDefault="00935C41">
      <w:r>
        <w:t>Families receive help earlier, make progress towards their own goals and feel listened to. Coaches receive regular supervision and support to manage their workloads. Referrals lead to coordinated help, and delivery meets agreed commitments. Accurate records, family feedback and timely reporting show what is working and inform improvements.</w:t>
      </w:r>
    </w:p>
    <w:p w14:paraId="58A1C7F6" w14:textId="77777777" w:rsidR="007C6794" w:rsidRDefault="00935C41">
      <w:pPr>
        <w:pStyle w:val="Heading1"/>
        <w:pageBreakBefore/>
      </w:pPr>
      <w:r>
        <w:lastRenderedPageBreak/>
        <w:t>Main duties and responsibilities</w:t>
      </w:r>
    </w:p>
    <w:p w14:paraId="51811576" w14:textId="77777777" w:rsidR="007C6794" w:rsidRDefault="00935C41">
      <w:pPr>
        <w:pStyle w:val="Heading2"/>
      </w:pPr>
      <w:r>
        <w:t>Leading delivery</w:t>
      </w:r>
    </w:p>
    <w:p w14:paraId="60213BB0" w14:textId="7DCC46FC" w:rsidR="007C6794" w:rsidRDefault="00935C41">
      <w:pPr>
        <w:pStyle w:val="ListBullet"/>
        <w:spacing w:after="80"/>
      </w:pPr>
      <w:r>
        <w:t xml:space="preserve">Develop and maintain the Falkirk </w:t>
      </w:r>
      <w:r w:rsidR="0021465A">
        <w:t xml:space="preserve">Foundation </w:t>
      </w:r>
      <w:r>
        <w:t>delivery plan, translating agreed funding commitments into clear activities, responsibilities, timescales and outcomes.</w:t>
      </w:r>
    </w:p>
    <w:p w14:paraId="75FBB762" w14:textId="77777777" w:rsidR="007C6794" w:rsidRDefault="00935C41">
      <w:pPr>
        <w:pStyle w:val="ListBullet"/>
        <w:spacing w:after="80"/>
      </w:pPr>
      <w:r>
        <w:t>Establish clear referral, assessment, support planning and review arrangements, including agreed consent, onward referral and planned endings to support.</w:t>
      </w:r>
    </w:p>
    <w:p w14:paraId="54B732BF" w14:textId="77777777" w:rsidR="007C6794" w:rsidRDefault="00935C41">
      <w:pPr>
        <w:pStyle w:val="ListBullet"/>
        <w:spacing w:after="80"/>
      </w:pPr>
      <w:r>
        <w:t>Oversee different levels of support according to family need, ensuring timely reviews and a coordinated response when circumstances or risks change.</w:t>
      </w:r>
    </w:p>
    <w:p w14:paraId="1322A4E1" w14:textId="77777777" w:rsidR="007C6794" w:rsidRDefault="00935C41">
      <w:pPr>
        <w:pStyle w:val="ListBullet"/>
        <w:spacing w:after="80"/>
      </w:pPr>
      <w:r>
        <w:t>Work with local partners to reach families who may not approach formal services. Involve parents, carers and children in shaping and reviewing support.</w:t>
      </w:r>
    </w:p>
    <w:p w14:paraId="331BF6E6" w14:textId="77777777" w:rsidR="007C6794" w:rsidRDefault="00935C41">
      <w:pPr>
        <w:pStyle w:val="Heading2"/>
      </w:pPr>
      <w:r>
        <w:t>Managing and supporting the team</w:t>
      </w:r>
    </w:p>
    <w:p w14:paraId="52DBA102" w14:textId="77777777" w:rsidR="007C6794" w:rsidRDefault="00935C41">
      <w:pPr>
        <w:pStyle w:val="ListBullet"/>
        <w:spacing w:after="80"/>
      </w:pPr>
      <w:r>
        <w:t xml:space="preserve">Line </w:t>
      </w:r>
      <w:proofErr w:type="gramStart"/>
      <w:r>
        <w:t>manage</w:t>
      </w:r>
      <w:proofErr w:type="gramEnd"/>
      <w:r>
        <w:t xml:space="preserve"> </w:t>
      </w:r>
      <w:proofErr w:type="gramStart"/>
      <w:r>
        <w:t>the Family</w:t>
      </w:r>
      <w:proofErr w:type="gramEnd"/>
      <w:r>
        <w:t xml:space="preserve"> Support Coaches, providing regular supervision, case discussion, clear objectives and support for professional development.</w:t>
      </w:r>
    </w:p>
    <w:p w14:paraId="4EBCA031" w14:textId="77777777" w:rsidR="007C6794" w:rsidRDefault="00935C41">
      <w:pPr>
        <w:pStyle w:val="ListBullet"/>
        <w:spacing w:after="80"/>
      </w:pPr>
      <w:r>
        <w:t xml:space="preserve">Allocate and review caseloads according to complexity, risk and support intensity. Address workload pressures and escalate capacity </w:t>
      </w:r>
      <w:proofErr w:type="gramStart"/>
      <w:r>
        <w:t>concerns to</w:t>
      </w:r>
      <w:proofErr w:type="gramEnd"/>
      <w:r>
        <w:t xml:space="preserve"> the CEO.</w:t>
      </w:r>
    </w:p>
    <w:p w14:paraId="355A692B" w14:textId="77777777" w:rsidR="007C6794" w:rsidRDefault="00935C41">
      <w:pPr>
        <w:pStyle w:val="ListBullet"/>
        <w:spacing w:after="80"/>
      </w:pPr>
      <w:r>
        <w:t xml:space="preserve">Provide case guidance, joint visits and direct family support where needed, balancing this with leadership responsibilities and </w:t>
      </w:r>
      <w:proofErr w:type="spellStart"/>
      <w:r>
        <w:t>recognising</w:t>
      </w:r>
      <w:proofErr w:type="spellEnd"/>
      <w:r>
        <w:t xml:space="preserve"> when specialist help is required.</w:t>
      </w:r>
    </w:p>
    <w:p w14:paraId="688169A4" w14:textId="77777777" w:rsidR="007C6794" w:rsidRDefault="00935C41">
      <w:pPr>
        <w:pStyle w:val="ListBullet"/>
        <w:spacing w:after="80"/>
      </w:pPr>
      <w:r>
        <w:t>Contribute to recruitment and induction, address performance concerns through Foundation procedures and promote staff wellbeing.</w:t>
      </w:r>
    </w:p>
    <w:p w14:paraId="47BE9C4F" w14:textId="77777777" w:rsidR="007C6794" w:rsidRDefault="00935C41">
      <w:pPr>
        <w:pStyle w:val="Heading2"/>
      </w:pPr>
      <w:r>
        <w:t>Safeguarding and quality of support</w:t>
      </w:r>
    </w:p>
    <w:p w14:paraId="767F5378" w14:textId="77777777" w:rsidR="007C6794" w:rsidRDefault="00935C41">
      <w:pPr>
        <w:pStyle w:val="ListBullet"/>
        <w:spacing w:after="80"/>
      </w:pPr>
      <w:r>
        <w:t>Oversee safeguarding practice within the project. Ensure concerns are recorded and escalated promptly through Foundation procedures and statutory routes, working with the designated safeguarding lead.</w:t>
      </w:r>
    </w:p>
    <w:p w14:paraId="0DB21B75" w14:textId="77777777" w:rsidR="007C6794" w:rsidRDefault="00935C41">
      <w:pPr>
        <w:pStyle w:val="ListBullet"/>
        <w:spacing w:after="80"/>
      </w:pPr>
      <w:r>
        <w:t>Oversee safe working arrangements, including outreach, lone working, risk assessment, confidentiality and appropriate information sharing.</w:t>
      </w:r>
    </w:p>
    <w:p w14:paraId="04D40A89" w14:textId="77777777" w:rsidR="007C6794" w:rsidRDefault="00935C41">
      <w:pPr>
        <w:pStyle w:val="ListBullet"/>
        <w:spacing w:after="80"/>
      </w:pPr>
      <w:r>
        <w:t>Review the quality of case records, support plans and referrals. Ensure staff use approved systems and follow data protection requirements.</w:t>
      </w:r>
    </w:p>
    <w:p w14:paraId="55A4D1A1" w14:textId="77777777" w:rsidR="007C6794" w:rsidRDefault="00935C41">
      <w:pPr>
        <w:pStyle w:val="ListBullet"/>
        <w:spacing w:after="80"/>
      </w:pPr>
      <w:r>
        <w:t>Respond to feedback and complaints within your authority, escalate concerns appropriately and use learning to improve delivery.</w:t>
      </w:r>
    </w:p>
    <w:p w14:paraId="2F0AFF9B" w14:textId="77777777" w:rsidR="007C6794" w:rsidRDefault="00935C41">
      <w:pPr>
        <w:pStyle w:val="Heading2"/>
      </w:pPr>
      <w:r>
        <w:t>Partnerships and accountability</w:t>
      </w:r>
    </w:p>
    <w:p w14:paraId="53FCA949" w14:textId="77777777" w:rsidR="007C6794" w:rsidRDefault="00935C41">
      <w:pPr>
        <w:pStyle w:val="ListBullet"/>
        <w:spacing w:after="80"/>
      </w:pPr>
      <w:r>
        <w:t xml:space="preserve">Build relationships with schools, social work, health services, advice providers and community </w:t>
      </w:r>
      <w:proofErr w:type="spellStart"/>
      <w:r>
        <w:t>organisations</w:t>
      </w:r>
      <w:proofErr w:type="spellEnd"/>
      <w:r>
        <w:t>. Agree referral routes and follow-up arrangements so families can access support.</w:t>
      </w:r>
    </w:p>
    <w:p w14:paraId="1EF73667" w14:textId="77777777" w:rsidR="007C6794" w:rsidRDefault="00935C41">
      <w:pPr>
        <w:pStyle w:val="ListBullet"/>
        <w:spacing w:after="80"/>
      </w:pPr>
      <w:r>
        <w:t>Represent Falkirk delivery in Centre Circle partnership meetings, share learning and coordinate agreed reporting with the consortium lead.</w:t>
      </w:r>
    </w:p>
    <w:p w14:paraId="0CEEE1F1" w14:textId="77777777" w:rsidR="007C6794" w:rsidRDefault="00935C41">
      <w:pPr>
        <w:pStyle w:val="ListBullet"/>
        <w:spacing w:after="80"/>
      </w:pPr>
      <w:r>
        <w:t xml:space="preserve">Monitor reach, engagement and progress against family goals and agreed </w:t>
      </w:r>
      <w:proofErr w:type="spellStart"/>
      <w:r>
        <w:t>programme</w:t>
      </w:r>
      <w:proofErr w:type="spellEnd"/>
      <w:r>
        <w:t xml:space="preserve"> outcomes. Provide accurate, timely reports to the CEO and consortium lead to </w:t>
      </w:r>
      <w:proofErr w:type="gramStart"/>
      <w:r>
        <w:t>meet</w:t>
      </w:r>
      <w:proofErr w:type="gramEnd"/>
      <w:r>
        <w:t xml:space="preserve"> funding requirements.</w:t>
      </w:r>
    </w:p>
    <w:p w14:paraId="435E89D5" w14:textId="77777777" w:rsidR="007C6794" w:rsidRDefault="00935C41">
      <w:pPr>
        <w:pStyle w:val="ListBullet"/>
        <w:spacing w:after="80"/>
      </w:pPr>
      <w:r>
        <w:t>Monitor the agreed project budget and expenditure with finance colleagues, maintain supporting records and flag variances or funding risks. Work within delegated spending authority.</w:t>
      </w:r>
    </w:p>
    <w:p w14:paraId="1CDA7B76" w14:textId="77777777" w:rsidR="007C6794" w:rsidRDefault="00935C41">
      <w:pPr>
        <w:pStyle w:val="ListBullet"/>
        <w:spacing w:after="80"/>
      </w:pPr>
      <w:r>
        <w:t>Maintain oversight of delivery risks, unmet needs and gaps in provision. Escalate issues to the CEO and recommend changes within agreed funding commitments.</w:t>
      </w:r>
    </w:p>
    <w:p w14:paraId="04BF117F" w14:textId="77777777" w:rsidR="007C6794" w:rsidRDefault="00935C41">
      <w:pPr>
        <w:pStyle w:val="Heading2"/>
      </w:pPr>
      <w:r>
        <w:t>Support and development</w:t>
      </w:r>
    </w:p>
    <w:p w14:paraId="310EEE62" w14:textId="77777777" w:rsidR="007C6794" w:rsidRDefault="00935C41">
      <w:r>
        <w:t>You will receive regular supervision and support from the CEO, undertake relevant training and keep your professional knowledge up to date. You will work within Foundation policies and contribute to the wider team.</w:t>
      </w:r>
    </w:p>
    <w:p w14:paraId="24DBF6C0" w14:textId="77777777" w:rsidR="007C6794" w:rsidRDefault="00935C41">
      <w:pPr>
        <w:pStyle w:val="Heading1"/>
        <w:pageBreakBefore/>
      </w:pPr>
      <w:r>
        <w:lastRenderedPageBreak/>
        <w:t>Person specification</w:t>
      </w:r>
    </w:p>
    <w:p w14:paraId="2595F2BA" w14:textId="77777777" w:rsidR="007C6794" w:rsidRDefault="00935C41">
      <w:r>
        <w:t xml:space="preserve">We are looking for an approachable, </w:t>
      </w:r>
      <w:proofErr w:type="spellStart"/>
      <w:r>
        <w:t>organised</w:t>
      </w:r>
      <w:proofErr w:type="spellEnd"/>
      <w:r>
        <w:t xml:space="preserve"> leader who can earn families’ trust, guide staff through difficult situations and turn a delivery plan into dependable support.</w:t>
      </w:r>
    </w:p>
    <w:p w14:paraId="048D8E49" w14:textId="77777777" w:rsidR="007C6794" w:rsidRDefault="00935C41">
      <w:pPr>
        <w:pStyle w:val="Heading2"/>
      </w:pPr>
      <w:r>
        <w:t>Essential experience and knowledge</w:t>
      </w:r>
    </w:p>
    <w:p w14:paraId="45982949" w14:textId="77777777" w:rsidR="007C6794" w:rsidRDefault="00935C41">
      <w:pPr>
        <w:pStyle w:val="ListBullet"/>
        <w:spacing w:after="80"/>
      </w:pPr>
      <w:r>
        <w:t xml:space="preserve">Experience of family support or related casework with people facing poverty, </w:t>
      </w:r>
      <w:proofErr w:type="gramStart"/>
      <w:r>
        <w:t>disadvantage</w:t>
      </w:r>
      <w:proofErr w:type="gramEnd"/>
      <w:r>
        <w:t xml:space="preserve"> or complex circumstances.</w:t>
      </w:r>
    </w:p>
    <w:p w14:paraId="7974BA25" w14:textId="77777777" w:rsidR="007C6794" w:rsidRDefault="00935C41">
      <w:pPr>
        <w:pStyle w:val="ListBullet"/>
        <w:spacing w:after="80"/>
      </w:pPr>
      <w:r>
        <w:t>Experience of supervising or guiding staff, including case discussion, constructive feedback and support for good practice.</w:t>
      </w:r>
    </w:p>
    <w:p w14:paraId="0E161B79" w14:textId="77777777" w:rsidR="007C6794" w:rsidRDefault="00935C41">
      <w:pPr>
        <w:pStyle w:val="ListBullet"/>
        <w:spacing w:after="80"/>
      </w:pPr>
      <w:r>
        <w:t>Experience of coordinating a project or service, setting priorities and monitoring delivery against objectives.</w:t>
      </w:r>
    </w:p>
    <w:p w14:paraId="0128B885" w14:textId="77777777" w:rsidR="007C6794" w:rsidRDefault="00935C41">
      <w:pPr>
        <w:pStyle w:val="ListBullet"/>
        <w:spacing w:after="80"/>
      </w:pPr>
      <w:r>
        <w:t>Experience of assessing need and risk, reviewing support plans and managing or overseeing caseloads.</w:t>
      </w:r>
    </w:p>
    <w:p w14:paraId="123B6557" w14:textId="77777777" w:rsidR="007C6794" w:rsidRDefault="00935C41">
      <w:pPr>
        <w:pStyle w:val="ListBullet"/>
        <w:spacing w:after="80"/>
      </w:pPr>
      <w:r>
        <w:t>Understanding of safeguarding children and protected adults, with experience of escalating concerns.</w:t>
      </w:r>
    </w:p>
    <w:p w14:paraId="0BAB75BB" w14:textId="77777777" w:rsidR="007C6794" w:rsidRDefault="00935C41">
      <w:pPr>
        <w:pStyle w:val="ListBullet"/>
        <w:spacing w:after="80"/>
      </w:pPr>
      <w:r>
        <w:t>Experience of working with statutory or voluntary partners to coordinate referrals and support.</w:t>
      </w:r>
    </w:p>
    <w:p w14:paraId="4BD02B9C" w14:textId="77777777" w:rsidR="007C6794" w:rsidRDefault="00935C41">
      <w:pPr>
        <w:pStyle w:val="ListBullet"/>
        <w:spacing w:after="80"/>
      </w:pPr>
      <w:r>
        <w:t>Experience of case recording, outcome monitoring and reporting, and understanding of confidentiality and information sharing.</w:t>
      </w:r>
    </w:p>
    <w:p w14:paraId="0C25E95D" w14:textId="77777777" w:rsidR="007C6794" w:rsidRDefault="00935C41">
      <w:pPr>
        <w:pStyle w:val="ListBullet"/>
        <w:spacing w:after="80"/>
      </w:pPr>
      <w:r>
        <w:t xml:space="preserve">Understanding of </w:t>
      </w:r>
      <w:proofErr w:type="gramStart"/>
      <w:r>
        <w:t>whole-family</w:t>
      </w:r>
      <w:proofErr w:type="gramEnd"/>
      <w:r>
        <w:t>, strengths-based support and barriers to accessing services.</w:t>
      </w:r>
    </w:p>
    <w:p w14:paraId="25763CF3" w14:textId="77777777" w:rsidR="007C6794" w:rsidRDefault="00935C41">
      <w:pPr>
        <w:pStyle w:val="ListBullet"/>
        <w:spacing w:after="80"/>
      </w:pPr>
      <w:r>
        <w:t>Ability to monitor expenditure and work within an agreed budget and delegated authority.</w:t>
      </w:r>
    </w:p>
    <w:p w14:paraId="440CF78A" w14:textId="77777777" w:rsidR="007C6794" w:rsidRDefault="00935C41">
      <w:pPr>
        <w:pStyle w:val="Heading2"/>
      </w:pPr>
      <w:r>
        <w:t>Essential skills and personal qualities</w:t>
      </w:r>
    </w:p>
    <w:p w14:paraId="40814AFD" w14:textId="77777777" w:rsidR="007C6794" w:rsidRDefault="00935C41">
      <w:pPr>
        <w:pStyle w:val="ListBullet"/>
        <w:spacing w:after="80"/>
      </w:pPr>
      <w:r>
        <w:t>Ability to build trust, listen without judgement and keep families’ priorities central to decisions.</w:t>
      </w:r>
    </w:p>
    <w:p w14:paraId="3B26AE4B" w14:textId="77777777" w:rsidR="007C6794" w:rsidRDefault="00935C41">
      <w:pPr>
        <w:pStyle w:val="ListBullet"/>
        <w:spacing w:after="80"/>
      </w:pPr>
      <w:r>
        <w:t>Supportive leadership and sound judgement, including the confidence to address concerns and know when to escalate.</w:t>
      </w:r>
    </w:p>
    <w:p w14:paraId="55F939AD" w14:textId="77777777" w:rsidR="007C6794" w:rsidRDefault="00935C41">
      <w:pPr>
        <w:pStyle w:val="ListBullet"/>
        <w:spacing w:after="80"/>
      </w:pPr>
      <w:r>
        <w:t xml:space="preserve">Strong </w:t>
      </w:r>
      <w:proofErr w:type="spellStart"/>
      <w:r>
        <w:t>organisation</w:t>
      </w:r>
      <w:proofErr w:type="spellEnd"/>
      <w:r>
        <w:t xml:space="preserve"> and communication skills, with the ability to </w:t>
      </w:r>
      <w:proofErr w:type="spellStart"/>
      <w:r>
        <w:t>prioritise</w:t>
      </w:r>
      <w:proofErr w:type="spellEnd"/>
      <w:r>
        <w:t xml:space="preserve"> and follow through on actions.</w:t>
      </w:r>
    </w:p>
    <w:p w14:paraId="55269829" w14:textId="77777777" w:rsidR="007C6794" w:rsidRDefault="00935C41">
      <w:pPr>
        <w:pStyle w:val="ListBullet"/>
        <w:spacing w:after="80"/>
      </w:pPr>
      <w:r>
        <w:t xml:space="preserve">Commitment to equality, inclusion, safeguarding and reflective practice, </w:t>
      </w:r>
      <w:proofErr w:type="spellStart"/>
      <w:r>
        <w:t>recognising</w:t>
      </w:r>
      <w:proofErr w:type="spellEnd"/>
      <w:r>
        <w:t xml:space="preserve"> when specialist advice is needed.</w:t>
      </w:r>
    </w:p>
    <w:p w14:paraId="44A82F77" w14:textId="77777777" w:rsidR="007C6794" w:rsidRDefault="00935C41">
      <w:pPr>
        <w:pStyle w:val="Heading2"/>
      </w:pPr>
      <w:r>
        <w:t>Desirable qualifications and experience</w:t>
      </w:r>
    </w:p>
    <w:p w14:paraId="0331C884" w14:textId="77777777" w:rsidR="007C6794" w:rsidRDefault="00935C41">
      <w:pPr>
        <w:pStyle w:val="ListBullet"/>
        <w:spacing w:after="80"/>
      </w:pPr>
      <w:r>
        <w:t>A qualification in family support, social care, community work, youth work, education, leadership or a related field.</w:t>
      </w:r>
    </w:p>
    <w:p w14:paraId="27E63317" w14:textId="77777777" w:rsidR="007C6794" w:rsidRDefault="00935C41">
      <w:pPr>
        <w:pStyle w:val="ListBullet"/>
        <w:spacing w:after="80"/>
      </w:pPr>
      <w:r>
        <w:t>Experience of establishing a service, managing grant funding or contributing to funding reports and applications.</w:t>
      </w:r>
    </w:p>
    <w:p w14:paraId="4542C99B" w14:textId="77777777" w:rsidR="007C6794" w:rsidRDefault="00935C41">
      <w:pPr>
        <w:pStyle w:val="ListBullet"/>
        <w:spacing w:after="80"/>
      </w:pPr>
      <w:r>
        <w:t>Knowledge of Falkirk services, welfare support or whole family support policy in Scotland.</w:t>
      </w:r>
    </w:p>
    <w:p w14:paraId="2E3D1E65" w14:textId="77777777" w:rsidR="007C6794" w:rsidRDefault="00935C41">
      <w:pPr>
        <w:pStyle w:val="ListBullet"/>
        <w:spacing w:after="80"/>
      </w:pPr>
      <w:r>
        <w:t>Experience of involving families in service design and using case management or outcome measurement systems.</w:t>
      </w:r>
    </w:p>
    <w:p w14:paraId="79C3CF6C" w14:textId="77777777" w:rsidR="007C6794" w:rsidRDefault="00935C41">
      <w:pPr>
        <w:pStyle w:val="Heading1"/>
      </w:pPr>
      <w:r>
        <w:t>How to apply</w:t>
      </w:r>
    </w:p>
    <w:p w14:paraId="67F94E0E" w14:textId="601885C3" w:rsidR="007C6794" w:rsidRDefault="00935C41">
      <w:r>
        <w:t xml:space="preserve">Email your CV and a covering letter giving examples of how you meet the essential criteria to </w:t>
      </w:r>
      <w:hyperlink r:id="rId9" w:history="1">
        <w:r w:rsidR="00F50782" w:rsidRPr="00911760">
          <w:rPr>
            <w:rStyle w:val="Hyperlink"/>
          </w:rPr>
          <w:t>recruitment@falkirkfoundation.org</w:t>
        </w:r>
      </w:hyperlink>
      <w:r w:rsidR="00F50782">
        <w:t xml:space="preserve"> </w:t>
      </w:r>
      <w:r>
        <w:t>. Please also highlight any desirable criteria you meet. Use this address for questions or adjustment requests.</w:t>
      </w:r>
    </w:p>
    <w:p w14:paraId="6234579C" w14:textId="3393F268" w:rsidR="007C6794" w:rsidRPr="00216E41" w:rsidRDefault="00935C41">
      <w:pPr>
        <w:rPr>
          <w:b/>
          <w:bCs/>
        </w:rPr>
      </w:pPr>
      <w:r w:rsidRPr="00216E41">
        <w:rPr>
          <w:b/>
          <w:bCs/>
        </w:rPr>
        <w:t xml:space="preserve">Application deadline: </w:t>
      </w:r>
      <w:r w:rsidR="00125FE4" w:rsidRPr="00216E41">
        <w:rPr>
          <w:b/>
          <w:bCs/>
        </w:rPr>
        <w:t>30</w:t>
      </w:r>
      <w:r w:rsidR="00125FE4" w:rsidRPr="00216E41">
        <w:rPr>
          <w:b/>
          <w:bCs/>
          <w:vertAlign w:val="superscript"/>
        </w:rPr>
        <w:t>th</w:t>
      </w:r>
      <w:r w:rsidR="00125FE4" w:rsidRPr="00216E41">
        <w:rPr>
          <w:b/>
          <w:bCs/>
        </w:rPr>
        <w:t xml:space="preserve"> </w:t>
      </w:r>
      <w:r w:rsidR="00216E41" w:rsidRPr="00216E41">
        <w:rPr>
          <w:b/>
          <w:bCs/>
        </w:rPr>
        <w:t>September</w:t>
      </w:r>
      <w:r w:rsidRPr="00216E41">
        <w:rPr>
          <w:b/>
          <w:bCs/>
        </w:rPr>
        <w:t xml:space="preserve"> 2026</w:t>
      </w:r>
      <w:r w:rsidRPr="00216E41">
        <w:rPr>
          <w:b/>
          <w:bCs/>
        </w:rPr>
        <w:br/>
        <w:t xml:space="preserve">Interviews: week commencing </w:t>
      </w:r>
      <w:r w:rsidR="00216E41" w:rsidRPr="00216E41">
        <w:rPr>
          <w:b/>
          <w:bCs/>
        </w:rPr>
        <w:t>5</w:t>
      </w:r>
      <w:r w:rsidR="00216E41" w:rsidRPr="00216E41">
        <w:rPr>
          <w:b/>
          <w:bCs/>
          <w:vertAlign w:val="superscript"/>
        </w:rPr>
        <w:t>th</w:t>
      </w:r>
      <w:r w:rsidR="00216E41" w:rsidRPr="00216E41">
        <w:rPr>
          <w:b/>
          <w:bCs/>
        </w:rPr>
        <w:t xml:space="preserve"> October</w:t>
      </w:r>
      <w:r w:rsidRPr="00216E41">
        <w:rPr>
          <w:b/>
          <w:bCs/>
        </w:rPr>
        <w:t xml:space="preserve"> 2026</w:t>
      </w:r>
    </w:p>
    <w:p w14:paraId="0D11E46D" w14:textId="1D3A509C" w:rsidR="007C6794" w:rsidRDefault="00935C41">
      <w:r>
        <w:t>Any offer will be subject to two satisfactory references and satisfactory completion of the appropriate PVG scheme membership and disclosure checks for the role. The successful applicant must complete relevant safeguarding and organisational training.</w:t>
      </w:r>
      <w:r w:rsidR="0034091B">
        <w:t xml:space="preserve"> Full UK driving licence and access to </w:t>
      </w:r>
      <w:proofErr w:type="gramStart"/>
      <w:r w:rsidR="0034091B">
        <w:t>vehicle is</w:t>
      </w:r>
      <w:proofErr w:type="gramEnd"/>
      <w:r w:rsidR="0034091B">
        <w:t xml:space="preserve"> required.</w:t>
      </w:r>
    </w:p>
    <w:p w14:paraId="0274DA88" w14:textId="77777777" w:rsidR="007C6794" w:rsidRDefault="00935C41">
      <w:r>
        <w:t xml:space="preserve">Falkirk Foundation is committed to </w:t>
      </w:r>
      <w:proofErr w:type="gramStart"/>
      <w:r>
        <w:t>equality of</w:t>
      </w:r>
      <w:proofErr w:type="gramEnd"/>
      <w:r>
        <w:t xml:space="preserve"> opportunity. We welcome applications from people of all backgrounds and will consider requests for reasonable adjustments during recruitment.</w:t>
      </w:r>
    </w:p>
    <w:sectPr w:rsidR="007C6794" w:rsidSect="00034616">
      <w:headerReference w:type="default" r:id="rId10"/>
      <w:footerReference w:type="default" r:id="rId11"/>
      <w:pgSz w:w="12240" w:h="15840"/>
      <w:pgMar w:top="979" w:right="1080" w:bottom="936" w:left="1080" w:header="360" w:footer="3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86CE1" w14:textId="77777777" w:rsidR="00590447" w:rsidRDefault="00590447">
      <w:pPr>
        <w:spacing w:after="0" w:line="240" w:lineRule="auto"/>
      </w:pPr>
      <w:r>
        <w:separator/>
      </w:r>
    </w:p>
  </w:endnote>
  <w:endnote w:type="continuationSeparator" w:id="0">
    <w:p w14:paraId="18BC0236" w14:textId="77777777" w:rsidR="00590447" w:rsidRDefault="00590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BCB2" w14:textId="52C90AB3" w:rsidR="007C6794" w:rsidRDefault="00935C41">
    <w:pPr>
      <w:pStyle w:val="Footer"/>
    </w:pPr>
    <w:r>
      <w:rPr>
        <w:sz w:val="16"/>
      </w:rPr>
      <w:t xml:space="preserve">Falkirk Football Community Foundation </w:t>
    </w:r>
    <w:proofErr w:type="gramStart"/>
    <w:r>
      <w:rPr>
        <w:sz w:val="16"/>
      </w:rPr>
      <w:t>•  Scottish</w:t>
    </w:r>
    <w:proofErr w:type="gramEnd"/>
    <w:r>
      <w:rPr>
        <w:sz w:val="16"/>
      </w:rPr>
      <w:t xml:space="preserve"> charity SC041791</w:t>
    </w:r>
    <w:r>
      <w:t xml:space="preserve">     |  </w:t>
    </w:r>
    <w:r>
      <w:fldChar w:fldCharType="begin"/>
    </w:r>
    <w:r>
      <w:instrText>PAGE</w:instrText>
    </w:r>
    <w:r>
      <w:fldChar w:fldCharType="separate"/>
    </w:r>
    <w:r w:rsidR="0021465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A6FEB" w14:textId="77777777" w:rsidR="00590447" w:rsidRDefault="00590447">
      <w:pPr>
        <w:spacing w:after="0" w:line="240" w:lineRule="auto"/>
      </w:pPr>
      <w:r>
        <w:separator/>
      </w:r>
    </w:p>
  </w:footnote>
  <w:footnote w:type="continuationSeparator" w:id="0">
    <w:p w14:paraId="253AF6E2" w14:textId="77777777" w:rsidR="00590447" w:rsidRDefault="00590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F692" w14:textId="77777777" w:rsidR="007C6794" w:rsidRDefault="00935C41">
    <w:pPr>
      <w:pStyle w:val="Header"/>
    </w:pPr>
    <w:r>
      <w:rPr>
        <w:color w:val="000000"/>
        <w:sz w:val="16"/>
      </w:rPr>
      <w:t xml:space="preserve">FALKIRK </w:t>
    </w:r>
    <w:proofErr w:type="gramStart"/>
    <w:r>
      <w:rPr>
        <w:color w:val="000000"/>
        <w:sz w:val="16"/>
      </w:rPr>
      <w:t>FOUNDATION  |</w:t>
    </w:r>
    <w:proofErr w:type="gramEnd"/>
    <w:r>
      <w:rPr>
        <w:color w:val="000000"/>
        <w:sz w:val="16"/>
      </w:rPr>
      <w:t xml:space="preserve">  CENTRE CIRCLE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8798885">
    <w:abstractNumId w:val="8"/>
  </w:num>
  <w:num w:numId="2" w16cid:durableId="1273439178">
    <w:abstractNumId w:val="6"/>
  </w:num>
  <w:num w:numId="3" w16cid:durableId="147210668">
    <w:abstractNumId w:val="5"/>
  </w:num>
  <w:num w:numId="4" w16cid:durableId="164637882">
    <w:abstractNumId w:val="4"/>
  </w:num>
  <w:num w:numId="5" w16cid:durableId="484516306">
    <w:abstractNumId w:val="7"/>
  </w:num>
  <w:num w:numId="6" w16cid:durableId="1593199969">
    <w:abstractNumId w:val="3"/>
  </w:num>
  <w:num w:numId="7" w16cid:durableId="466363233">
    <w:abstractNumId w:val="2"/>
  </w:num>
  <w:num w:numId="8" w16cid:durableId="1083651378">
    <w:abstractNumId w:val="1"/>
  </w:num>
  <w:num w:numId="9" w16cid:durableId="113686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FE4"/>
    <w:rsid w:val="0015074B"/>
    <w:rsid w:val="0021465A"/>
    <w:rsid w:val="00216E41"/>
    <w:rsid w:val="0029639D"/>
    <w:rsid w:val="00326F90"/>
    <w:rsid w:val="0034091B"/>
    <w:rsid w:val="003D50C1"/>
    <w:rsid w:val="00590447"/>
    <w:rsid w:val="006841F0"/>
    <w:rsid w:val="00771DCB"/>
    <w:rsid w:val="007C6794"/>
    <w:rsid w:val="00935C41"/>
    <w:rsid w:val="00AA1D8D"/>
    <w:rsid w:val="00B47730"/>
    <w:rsid w:val="00CB0664"/>
    <w:rsid w:val="00E80676"/>
    <w:rsid w:val="00EB2DF2"/>
    <w:rsid w:val="00EE27B8"/>
    <w:rsid w:val="00F102B5"/>
    <w:rsid w:val="00F507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8C675F4-CD8D-4FE8-8593-C88B244B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5" w:lineRule="auto"/>
    </w:pPr>
    <w:rPr>
      <w:rFonts w:ascii="Calibri" w:hAnsi="Calibri"/>
      <w:color w:val="20202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00" w:after="12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20"/>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102B5"/>
    <w:rPr>
      <w:color w:val="0000FF" w:themeColor="hyperlink"/>
      <w:u w:val="single"/>
    </w:rPr>
  </w:style>
  <w:style w:type="character" w:styleId="UnresolvedMention">
    <w:name w:val="Unresolved Mention"/>
    <w:basedOn w:val="DefaultParagraphFont"/>
    <w:uiPriority w:val="99"/>
    <w:semiHidden/>
    <w:unhideWhenUsed/>
    <w:rsid w:val="00F102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falkirkfoundation.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7017C57DADF3944B1958E099B6BF55B" ma:contentTypeVersion="14" ma:contentTypeDescription="Create a new document." ma:contentTypeScope="" ma:versionID="5801520d99d9252b6dc2e14023f53608">
  <xsd:schema xmlns:xsd="http://www.w3.org/2001/XMLSchema" xmlns:xs="http://www.w3.org/2001/XMLSchema" xmlns:p="http://schemas.microsoft.com/office/2006/metadata/properties" xmlns:ns2="e54654eb-e0fb-4f42-8c1f-ab5d36782c53" xmlns:ns3="10551c0a-e684-4d9f-af7d-7b9494460448" targetNamespace="http://schemas.microsoft.com/office/2006/metadata/properties" ma:root="true" ma:fieldsID="e37d44ef88035794463de8666a43e19e" ns2:_="" ns3:_="">
    <xsd:import namespace="e54654eb-e0fb-4f42-8c1f-ab5d36782c53"/>
    <xsd:import namespace="10551c0a-e684-4d9f-af7d-7b94944604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654eb-e0fb-4f42-8c1f-ab5d36782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740dfdb-722e-4324-8fb0-16b3897ef4f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51c0a-e684-4d9f-af7d-7b94944604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c19028b-97a4-42a1-b040-3496750b8622}" ma:internalName="TaxCatchAll" ma:showField="CatchAllData" ma:web="10551c0a-e684-4d9f-af7d-7b94944604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4654eb-e0fb-4f42-8c1f-ab5d36782c53">
      <Terms xmlns="http://schemas.microsoft.com/office/infopath/2007/PartnerControls"/>
    </lcf76f155ced4ddcb4097134ff3c332f>
    <TaxCatchAll xmlns="10551c0a-e684-4d9f-af7d-7b9494460448"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0E79293-6371-4378-8589-F4E5FECC175A}"/>
</file>

<file path=customXml/itemProps3.xml><?xml version="1.0" encoding="utf-8"?>
<ds:datastoreItem xmlns:ds="http://schemas.openxmlformats.org/officeDocument/2006/customXml" ds:itemID="{F037E0DD-03E4-4F68-B5BD-4D784118C336}"/>
</file>

<file path=customXml/itemProps4.xml><?xml version="1.0" encoding="utf-8"?>
<ds:datastoreItem xmlns:ds="http://schemas.openxmlformats.org/officeDocument/2006/customXml" ds:itemID="{12DB5801-5DBE-44A5-9AF3-04EA5595A530}"/>
</file>

<file path=docProps/app.xml><?xml version="1.0" encoding="utf-8"?>
<Properties xmlns="http://schemas.openxmlformats.org/officeDocument/2006/extended-properties" xmlns:vt="http://schemas.openxmlformats.org/officeDocument/2006/docPropsVTypes">
  <Template>Normal</Template>
  <TotalTime>0</TotalTime>
  <Pages>3</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Circle Project Lead</dc:title>
  <dc:subject>Job description and person specification</dc:subject>
  <dc:creator>Falkirk Football Community Foundation</dc:creator>
  <cp:keywords/>
  <dc:description>generated by python-docx</dc:description>
  <cp:lastModifiedBy>Gareth Davies</cp:lastModifiedBy>
  <cp:revision>2</cp:revision>
  <dcterms:created xsi:type="dcterms:W3CDTF">2026-09-15T11:35:00Z</dcterms:created>
  <dcterms:modified xsi:type="dcterms:W3CDTF">2026-09-15T11:35:00Z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0x010100E7017C57DADF3944B1958E099B6BF55B</vt:lpwstr>
  </property>
</Properties>
</file>